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tblLayout w:type="fixed"/>
        <w:tblLook w:firstColumn="1" w:firstRow="1" w:lastColumn="0" w:lastRow="0" w:noHBand="0" w:noVBand="1" w:val="04A0"/>
        <w:tblInd w:type="dxa" w:w="120"/>
        <w:tblLayout w:type="fixed"/>
      </w:tblPr>
      <w:tblGrid>
        <w:gridCol w:w="9360"/>
      </w:tblGrid>
      <w:tr>
        <w:trPr>
          <w:tblHeader w:val="true"/>
        </w:trPr>
        <w:tc>
          <w:tcPr>
            <w:tcW w:type="dxa" w:w="9360"/>
            <w:shd w:fill="F6F6F8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2A00"/>
                <w:sz w:val="17"/>
              </w:rPr>
              <w:t xml:space="preserve">ŞABLONDAN İSTİFADƏ: </w:t>
            </w:r>
            <w:r>
              <w:rPr>
                <w:rFonts w:ascii="Arial" w:hAnsi="Arial"/>
                <w:b w:val="0"/>
                <w:i w:val="0"/>
                <w:color w:val="696973"/>
                <w:sz w:val="17"/>
              </w:rPr>
              <w:t>Boz mötərizəli mətni öz faktlarınızla əvəz edin. Bu qutunu və boş bölmələri CV-ni göndərməzdən əvvəl silin.</w:t>
            </w:r>
          </w:p>
        </w:tc>
      </w:tr>
    </w:tbl>
    <w:p>
      <w:pPr>
        <w:spacing w:after="20"/>
      </w:pPr>
    </w:p>
    <w:p>
      <w:pPr>
        <w:keepNext/>
        <w:spacing w:before="60" w:after="40" w:line="240" w:lineRule="auto"/>
      </w:pPr>
      <w:r>
        <w:rPr>
          <w:rFonts w:ascii="Arial" w:hAnsi="Arial"/>
          <w:b/>
          <w:i w:val="0"/>
          <w:color w:val="08090C"/>
          <w:sz w:val="50"/>
        </w:rPr>
        <w:t>[AD SOYAD]</w:t>
      </w:r>
    </w:p>
    <w:p>
      <w:pPr>
        <w:keepNext/>
        <w:spacing w:before="0" w:after="100" w:line="240" w:lineRule="auto"/>
      </w:pPr>
      <w:r>
        <w:rPr>
          <w:rFonts w:ascii="Arial" w:hAnsi="Arial"/>
          <w:b/>
          <w:i w:val="0"/>
          <w:color w:val="FF2A00"/>
          <w:sz w:val="25"/>
        </w:rPr>
        <w:t>[HƏDƏF ROL / PEŞƏ BAŞLIĞI]</w:t>
      </w:r>
    </w:p>
    <w:p>
      <w:pPr>
        <w:keepNext w:val="0"/>
        <w:spacing w:before="0" w:after="180" w:line="240" w:lineRule="auto"/>
      </w:pPr>
      <w:r>
        <w:rPr>
          <w:rFonts w:ascii="Arial" w:hAnsi="Arial"/>
          <w:b w:val="0"/>
          <w:i w:val="0"/>
          <w:color w:val="696973"/>
          <w:sz w:val="19"/>
        </w:rPr>
        <w:t>[Şəhər]  ·  [+994 XX XXX XX XX]  ·  [ad.soyad@email.com]  ·  [LinkedIn / portfolio]</w:t>
      </w:r>
    </w:p>
    <w:p>
      <w:pPr>
        <w:pStyle w:val="Heading1"/>
        <w:keepNext/>
        <w:spacing w:before="200" w:after="100" w:line="240" w:lineRule="auto"/>
      </w:pPr>
      <w:r>
        <w:rPr>
          <w:rFonts w:ascii="Arial" w:hAnsi="Arial"/>
          <w:b/>
          <w:i w:val="0"/>
          <w:color w:val="FF2A00"/>
          <w:sz w:val="21"/>
        </w:rPr>
        <w:t>PEŞƏKAR PROFIL</w:t>
      </w:r>
    </w:p>
    <w:p>
      <w:pPr>
        <w:keepNext w:val="0"/>
        <w:spacing w:before="0" w:after="140" w:line="269" w:lineRule="auto"/>
      </w:pPr>
      <w:r>
        <w:rPr>
          <w:rFonts w:ascii="Arial" w:hAnsi="Arial"/>
          <w:b w:val="0"/>
          <w:i w:val="0"/>
          <w:color w:val="696973"/>
          <w:sz w:val="20"/>
        </w:rPr>
        <w:t>[3–4 sətir: rolunuz və uyğun təcrübəniz + hansı problemi həll etmisiniz + müraciət etdiyiniz rol. Sifət yox, fakt və istiqamət yazın.]</w:t>
      </w:r>
    </w:p>
    <w:p>
      <w:pPr>
        <w:pStyle w:val="Heading1"/>
        <w:keepNext/>
        <w:spacing w:before="200" w:after="100" w:line="240" w:lineRule="auto"/>
      </w:pPr>
      <w:r>
        <w:rPr>
          <w:rFonts w:ascii="Arial" w:hAnsi="Arial"/>
          <w:b/>
          <w:i w:val="0"/>
          <w:color w:val="FF2A00"/>
          <w:sz w:val="21"/>
        </w:rPr>
        <w:t>İŞ TƏCRÜBƏSI</w:t>
      </w:r>
    </w:p>
    <w:p>
      <w:pPr>
        <w:keepNext/>
        <w:spacing w:before="60" w:after="40" w:line="240" w:lineRule="auto"/>
      </w:pPr>
      <w:r>
        <w:rPr>
          <w:rFonts w:ascii="Arial" w:hAnsi="Arial"/>
          <w:b/>
          <w:i w:val="0"/>
          <w:color w:val="08090C"/>
          <w:sz w:val="21"/>
        </w:rPr>
        <w:t>[ŞİRKƏT ADI] | [Vəzifə]</w:t>
      </w:r>
      <w:r>
        <w:rPr>
          <w:rFonts w:ascii="Arial" w:hAnsi="Arial"/>
          <w:b w:val="0"/>
          <w:i w:val="0"/>
          <w:color w:val="696973"/>
          <w:sz w:val="19"/>
        </w:rPr>
        <w:t xml:space="preserve">  ·  [ay il – ay il] · [şəhər / uzaqdan]</w:t>
      </w:r>
    </w:p>
    <w:p>
      <w:pPr>
        <w:pStyle w:val="ListBullet"/>
        <w:keepNext w:val="0"/>
        <w:spacing w:before="0" w:after="80" w:line="269" w:lineRule="auto"/>
      </w:pPr>
      <w:r>
        <w:rPr>
          <w:rFonts w:ascii="Arial" w:hAnsi="Arial"/>
          <w:b w:val="0"/>
          <w:i w:val="0"/>
          <w:color w:val="696973"/>
          <w:sz w:val="20"/>
        </w:rPr>
        <w:t xml:space="preserve"> [Hərəkət feli] + [nə etdiniz] + [necə etdiniz] + [yoxlanan nəticə və ya görünən dəyişiklik].</w:t>
      </w:r>
    </w:p>
    <w:p>
      <w:pPr>
        <w:pStyle w:val="ListBullet"/>
        <w:keepNext w:val="0"/>
        <w:spacing w:before="0" w:after="80" w:line="269" w:lineRule="auto"/>
      </w:pPr>
      <w:r>
        <w:rPr>
          <w:rFonts w:ascii="Arial" w:hAnsi="Arial"/>
          <w:b w:val="0"/>
          <w:i w:val="0"/>
          <w:color w:val="696973"/>
          <w:sz w:val="20"/>
        </w:rPr>
        <w:t xml:space="preserve"> [Vakansiyanın əsas tələblərindən birinə uyğun ikinci real iş və onun çıxışı.]</w:t>
      </w:r>
    </w:p>
    <w:p>
      <w:pPr>
        <w:pStyle w:val="ListBullet"/>
        <w:keepNext w:val="0"/>
        <w:spacing w:before="0" w:after="120" w:line="269" w:lineRule="auto"/>
      </w:pPr>
      <w:r>
        <w:rPr>
          <w:rFonts w:ascii="Arial" w:hAnsi="Arial"/>
          <w:b w:val="0"/>
          <w:i w:val="0"/>
          <w:color w:val="696973"/>
          <w:sz w:val="20"/>
        </w:rPr>
        <w:t xml:space="preserve"> [Komanda, müştəri, alət, həcm və ya proses məsuliyyətini göstərən üçüncü bənd.]</w:t>
      </w:r>
    </w:p>
    <w:p>
      <w:pPr>
        <w:keepNext/>
        <w:spacing w:before="60" w:after="40" w:line="240" w:lineRule="auto"/>
      </w:pPr>
      <w:r>
        <w:rPr>
          <w:rFonts w:ascii="Arial" w:hAnsi="Arial"/>
          <w:b/>
          <w:i w:val="0"/>
          <w:color w:val="08090C"/>
          <w:sz w:val="21"/>
        </w:rPr>
        <w:t>[ƏVVƏLKİ ŞİRKƏT] | [Vəzifə]</w:t>
      </w:r>
      <w:r>
        <w:rPr>
          <w:rFonts w:ascii="Arial" w:hAnsi="Arial"/>
          <w:b w:val="0"/>
          <w:i w:val="0"/>
          <w:color w:val="696973"/>
          <w:sz w:val="19"/>
        </w:rPr>
        <w:t xml:space="preserve">  ·  [ay il – ay il] · [şəhər / uzaqdan]</w:t>
      </w:r>
    </w:p>
    <w:p>
      <w:pPr>
        <w:pStyle w:val="ListBullet"/>
        <w:keepNext w:val="0"/>
        <w:spacing w:before="0" w:after="80" w:line="269" w:lineRule="auto"/>
      </w:pPr>
      <w:r>
        <w:rPr>
          <w:rFonts w:ascii="Arial" w:hAnsi="Arial"/>
          <w:b w:val="0"/>
          <w:i w:val="0"/>
          <w:color w:val="696973"/>
          <w:sz w:val="20"/>
        </w:rPr>
        <w:t xml:space="preserve"> [Ən uyğun məsuliyyət və real nəticə. Köhnə və əlaqəsiz işlərin bütün tapşırıqlarını sıralamayın.]</w:t>
      </w:r>
    </w:p>
    <w:p>
      <w:pPr>
        <w:pStyle w:val="ListBullet"/>
        <w:keepNext w:val="0"/>
        <w:spacing w:before="0" w:after="120" w:line="269" w:lineRule="auto"/>
      </w:pPr>
      <w:r>
        <w:rPr>
          <w:rFonts w:ascii="Arial" w:hAnsi="Arial"/>
          <w:b w:val="0"/>
          <w:i w:val="0"/>
          <w:color w:val="696973"/>
          <w:sz w:val="20"/>
        </w:rPr>
        <w:t xml:space="preserve"> [Rəqəm varsa mənbəsini özünüz üçün saxlayın; rəqəm yoxdursa müşahidə olunan dəyişikliyi yazın.]</w:t>
      </w:r>
    </w:p>
    <w:p>
      <w:pPr>
        <w:pStyle w:val="Heading1"/>
        <w:keepNext/>
        <w:spacing w:before="200" w:after="100" w:line="240" w:lineRule="auto"/>
      </w:pPr>
      <w:r>
        <w:rPr>
          <w:rFonts w:ascii="Arial" w:hAnsi="Arial"/>
          <w:b/>
          <w:i w:val="0"/>
          <w:color w:val="FF2A00"/>
          <w:sz w:val="21"/>
        </w:rPr>
        <w:t>SEÇILMIŞ LAYIHƏLƏR</w:t>
      </w:r>
    </w:p>
    <w:p>
      <w:pPr>
        <w:keepNext/>
        <w:spacing w:before="60" w:after="40" w:line="240" w:lineRule="auto"/>
      </w:pPr>
      <w:r>
        <w:rPr>
          <w:rFonts w:ascii="Arial" w:hAnsi="Arial"/>
          <w:b/>
          <w:i w:val="0"/>
          <w:color w:val="08090C"/>
          <w:sz w:val="21"/>
        </w:rPr>
        <w:t>[LAYİHƏ ADI]</w:t>
      </w:r>
      <w:r>
        <w:rPr>
          <w:rFonts w:ascii="Arial" w:hAnsi="Arial"/>
          <w:b w:val="0"/>
          <w:i w:val="0"/>
          <w:color w:val="696973"/>
          <w:sz w:val="19"/>
        </w:rPr>
        <w:t xml:space="preserve">  ·  [rolunuz] · [il] · [keçid]</w:t>
      </w:r>
    </w:p>
    <w:p>
      <w:pPr>
        <w:pStyle w:val="ListBullet"/>
        <w:keepNext w:val="0"/>
        <w:spacing w:before="0" w:after="80" w:line="269" w:lineRule="auto"/>
      </w:pPr>
      <w:r>
        <w:rPr>
          <w:rFonts w:ascii="Arial" w:hAnsi="Arial"/>
          <w:b w:val="0"/>
          <w:i w:val="0"/>
          <w:color w:val="696973"/>
          <w:sz w:val="20"/>
        </w:rPr>
        <w:t xml:space="preserve"> [Problem] + [sizin gördüyünüz iş] + [istifadə etdiyiniz alət] + [çıxış və ya nəticə].</w:t>
      </w:r>
    </w:p>
    <w:p>
      <w:pPr>
        <w:pStyle w:val="ListBullet"/>
        <w:keepNext w:val="0"/>
        <w:spacing w:before="0" w:after="80" w:line="269" w:lineRule="auto"/>
      </w:pPr>
      <w:r>
        <w:rPr>
          <w:rFonts w:ascii="Arial" w:hAnsi="Arial"/>
          <w:b w:val="0"/>
          <w:i w:val="0"/>
          <w:color w:val="696973"/>
          <w:sz w:val="20"/>
        </w:rPr>
        <w:t xml:space="preserve"> [Məxfi məlumatı çıxarın; təqdim olunan nümunədə sizin konkret payınız görünsün.]</w:t>
      </w:r>
    </w:p>
    <w:p>
      <w:pPr>
        <w:pStyle w:val="Heading1"/>
        <w:keepNext/>
        <w:spacing w:before="200" w:after="100" w:line="240" w:lineRule="auto"/>
      </w:pPr>
      <w:r>
        <w:rPr>
          <w:rFonts w:ascii="Arial" w:hAnsi="Arial"/>
          <w:b/>
          <w:i w:val="0"/>
          <w:color w:val="FF2A00"/>
          <w:sz w:val="21"/>
        </w:rPr>
        <w:t>TƏHSIL</w:t>
      </w:r>
    </w:p>
    <w:p>
      <w:pPr>
        <w:keepNext/>
        <w:spacing w:before="60" w:after="40" w:line="240" w:lineRule="auto"/>
      </w:pPr>
      <w:r>
        <w:rPr>
          <w:rFonts w:ascii="Arial" w:hAnsi="Arial"/>
          <w:b/>
          <w:i w:val="0"/>
          <w:color w:val="08090C"/>
          <w:sz w:val="21"/>
        </w:rPr>
        <w:t>[TƏHSİL MÜƏSSİSƏSİ] | [İxtisas və dərəcə]</w:t>
      </w:r>
      <w:r>
        <w:rPr>
          <w:rFonts w:ascii="Arial" w:hAnsi="Arial"/>
          <w:b w:val="0"/>
          <w:i w:val="0"/>
          <w:color w:val="696973"/>
          <w:sz w:val="19"/>
        </w:rPr>
        <w:t xml:space="preserve">  ·  [başlama ili – bitirmə ili]</w:t>
      </w:r>
    </w:p>
    <w:p>
      <w:pPr>
        <w:keepNext w:val="0"/>
        <w:spacing w:before="0" w:after="140" w:line="269" w:lineRule="auto"/>
      </w:pPr>
      <w:r>
        <w:rPr>
          <w:rFonts w:ascii="Arial" w:hAnsi="Arial"/>
          <w:b w:val="0"/>
          <w:i w:val="0"/>
          <w:color w:val="696973"/>
          <w:sz w:val="20"/>
        </w:rPr>
        <w:t>[Yeni məzunsunuzsa: vakansiyaya uyğun kurs işi, layihə, mükafat və ya fəaliyyət. Təcrübəniz çoxdursa bu sətri silin.]</w:t>
      </w:r>
    </w:p>
    <w:p>
      <w:pPr>
        <w:pStyle w:val="Heading1"/>
        <w:keepNext/>
        <w:spacing w:before="200" w:after="100" w:line="240" w:lineRule="auto"/>
      </w:pPr>
      <w:r>
        <w:rPr>
          <w:rFonts w:ascii="Arial" w:hAnsi="Arial"/>
          <w:b/>
          <w:i w:val="0"/>
          <w:color w:val="FF2A00"/>
          <w:sz w:val="21"/>
        </w:rPr>
        <w:t>TEXNIKI VƏ IŞ BACARIQLARI</w:t>
      </w:r>
    </w:p>
    <w:p>
      <w:pPr>
        <w:pStyle w:val="ListBullet"/>
        <w:keepNext w:val="0"/>
        <w:spacing w:before="0" w:after="80" w:line="269" w:lineRule="auto"/>
      </w:pPr>
      <w:r>
        <w:rPr>
          <w:rFonts w:ascii="Arial" w:hAnsi="Arial"/>
          <w:b w:val="0"/>
          <w:i w:val="0"/>
          <w:color w:val="696973"/>
          <w:sz w:val="20"/>
        </w:rPr>
        <w:t xml:space="preserve"> [Alət / bacarıq]: [bu alətlə nə edə bildiyiniz]  ·  [Alət / bacarıq]: [real istifadə səviyyəsi]</w:t>
      </w:r>
    </w:p>
    <w:p>
      <w:pPr>
        <w:pStyle w:val="ListBullet"/>
        <w:keepNext w:val="0"/>
        <w:spacing w:before="0" w:after="80" w:line="269" w:lineRule="auto"/>
      </w:pPr>
      <w:r>
        <w:rPr>
          <w:rFonts w:ascii="Arial" w:hAnsi="Arial"/>
          <w:b w:val="0"/>
          <w:i w:val="0"/>
          <w:color w:val="696973"/>
          <w:sz w:val="20"/>
        </w:rPr>
        <w:t xml:space="preserve"> [İş bacarığı]: [hansı vəziyyətdə sübut olunduğu]  ·  [İş bacarığı]: [real tətbiq nümunəsi]</w:t>
      </w:r>
    </w:p>
    <w:p>
      <w:pPr>
        <w:pStyle w:val="ListBullet"/>
        <w:keepNext w:val="0"/>
        <w:spacing w:before="0" w:after="140" w:line="269" w:lineRule="auto"/>
      </w:pPr>
      <w:r>
        <w:rPr>
          <w:rFonts w:ascii="Arial" w:hAnsi="Arial"/>
          <w:b w:val="0"/>
          <w:i w:val="0"/>
          <w:color w:val="696973"/>
          <w:sz w:val="20"/>
        </w:rPr>
        <w:t xml:space="preserve"> [Vakansiyaya aid 6–8 bacarıq kifayətdir. İstifadə etmədiyiniz aləti və şişirdilmiş səviyyəni yazmayın.]</w:t>
      </w:r>
    </w:p>
    <w:p>
      <w:pPr>
        <w:pStyle w:val="Heading1"/>
        <w:keepNext/>
        <w:spacing w:before="200" w:after="100" w:line="240" w:lineRule="auto"/>
      </w:pPr>
      <w:r>
        <w:rPr>
          <w:rFonts w:ascii="Arial" w:hAnsi="Arial"/>
          <w:b/>
          <w:i w:val="0"/>
          <w:color w:val="FF2A00"/>
          <w:sz w:val="21"/>
        </w:rPr>
        <w:t>DILLƏR</w:t>
      </w:r>
    </w:p>
    <w:p>
      <w:pPr>
        <w:pStyle w:val="ListBullet"/>
        <w:keepNext w:val="0"/>
        <w:spacing w:before="0" w:after="80" w:line="269" w:lineRule="auto"/>
      </w:pPr>
      <w:r>
        <w:rPr>
          <w:rFonts w:ascii="Arial" w:hAnsi="Arial"/>
          <w:b w:val="0"/>
          <w:i w:val="0"/>
          <w:color w:val="696973"/>
          <w:sz w:val="20"/>
        </w:rPr>
        <w:t xml:space="preserve"> [Dil] — [sertifikat və səviyyə varsa] / [real istifadə: gündəlik danışıq, işgüzar yazışma, texniki sənəd oxuma]</w:t>
      </w:r>
    </w:p>
    <w:p>
      <w:pPr>
        <w:pStyle w:val="ListBullet"/>
        <w:keepNext w:val="0"/>
        <w:spacing w:before="0" w:after="140" w:line="269" w:lineRule="auto"/>
      </w:pPr>
      <w:r>
        <w:rPr>
          <w:rFonts w:ascii="Arial" w:hAnsi="Arial"/>
          <w:b w:val="0"/>
          <w:i w:val="0"/>
          <w:color w:val="696973"/>
          <w:sz w:val="20"/>
        </w:rPr>
        <w:t xml:space="preserve"> [Dil] — [real istifadə sərhədi]</w:t>
      </w:r>
    </w:p>
    <w:p>
      <w:pPr>
        <w:pStyle w:val="Heading1"/>
        <w:keepNext/>
        <w:spacing w:before="200" w:after="100" w:line="240" w:lineRule="auto"/>
      </w:pPr>
      <w:r>
        <w:rPr>
          <w:rFonts w:ascii="Arial" w:hAnsi="Arial"/>
          <w:b/>
          <w:i w:val="0"/>
          <w:color w:val="FF2A00"/>
          <w:sz w:val="21"/>
        </w:rPr>
        <w:t>SERTIFIKATLAR VƏ TƏLIMLƏR</w:t>
      </w:r>
    </w:p>
    <w:p>
      <w:pPr>
        <w:pStyle w:val="ListBullet"/>
        <w:keepNext w:val="0"/>
        <w:spacing w:before="0" w:after="80" w:line="269" w:lineRule="auto"/>
      </w:pPr>
      <w:r>
        <w:rPr>
          <w:rFonts w:ascii="Arial" w:hAnsi="Arial"/>
          <w:b w:val="0"/>
          <w:i w:val="0"/>
          <w:color w:val="696973"/>
          <w:sz w:val="20"/>
        </w:rPr>
        <w:t xml:space="preserve"> [Sertifikat / kurs adı] · [verən qurum] · [il] · [etibarlılıq keçidi varsa]</w:t>
      </w:r>
    </w:p>
    <w:p>
      <w:pPr>
        <w:pStyle w:val="ListBullet"/>
        <w:keepNext w:val="0"/>
        <w:spacing w:before="0" w:after="140" w:line="269" w:lineRule="auto"/>
      </w:pPr>
      <w:r>
        <w:rPr>
          <w:rFonts w:ascii="Arial" w:hAnsi="Arial"/>
          <w:b w:val="0"/>
          <w:i w:val="0"/>
          <w:color w:val="696973"/>
          <w:sz w:val="20"/>
        </w:rPr>
        <w:t xml:space="preserve"> [Sertifikat / kurs adı] · [verən qurum] · [il]</w:t>
      </w:r>
    </w:p>
    <w:p>
      <w:pPr>
        <w:pStyle w:val="Heading1"/>
        <w:keepNext/>
        <w:spacing w:before="200" w:after="100" w:line="240" w:lineRule="auto"/>
      </w:pPr>
      <w:r>
        <w:rPr>
          <w:rFonts w:ascii="Arial" w:hAnsi="Arial"/>
          <w:b/>
          <w:i w:val="0"/>
          <w:color w:val="FF2A00"/>
          <w:sz w:val="21"/>
        </w:rPr>
        <w:t>ƏLAVƏ FƏALIYYƏT (YALNIZ UYĞUN OLARSA)</w:t>
      </w:r>
    </w:p>
    <w:p>
      <w:pPr>
        <w:pStyle w:val="ListBullet"/>
        <w:keepNext w:val="0"/>
        <w:spacing w:before="0" w:after="80" w:line="269" w:lineRule="auto"/>
      </w:pPr>
      <w:r>
        <w:rPr>
          <w:rFonts w:ascii="Arial" w:hAnsi="Arial"/>
          <w:b w:val="0"/>
          <w:i w:val="0"/>
          <w:color w:val="696973"/>
          <w:sz w:val="20"/>
        </w:rPr>
        <w:t xml:space="preserve"> [Könüllülük / tələbə təşkilatı / peşəkar icma] · [rol] · [real məsuliyyət və çıxış]</w:t>
      </w:r>
    </w:p>
    <w:p>
      <w:pPr>
        <w:pStyle w:val="ListBullet"/>
        <w:keepNext w:val="0"/>
        <w:spacing w:before="0" w:after="160" w:line="269" w:lineRule="auto"/>
      </w:pPr>
      <w:r>
        <w:rPr>
          <w:rFonts w:ascii="Arial" w:hAnsi="Arial"/>
          <w:b w:val="0"/>
          <w:i w:val="0"/>
          <w:color w:val="696973"/>
          <w:sz w:val="20"/>
        </w:rPr>
        <w:t xml:space="preserve"> [Sürücülük vəsiqəsi, iş icazəsi və ya səfər imkanı yalnız vakansiya üçün qərara təsir edirsə.]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center"/>
    </w:pPr>
    <w:r>
      <w:rPr>
        <w:rFonts w:ascii="Arial" w:hAnsi="Arial"/>
        <w:b w:val="0"/>
        <w:i w:val="0"/>
        <w:color w:val="696973"/>
        <w:sz w:val="17"/>
      </w:rPr>
      <w:t xml:space="preserve">anarrustamli.com  ·  </w:t>
    </w:r>
    <w:r>
      <w:rPr>
        <w:rFonts w:ascii="Arial" w:hAnsi="Arial"/>
        <w:b w:val="0"/>
        <w:i w:val="0"/>
        <w:color w:val="696973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right"/>
    </w:pPr>
    <w:r>
      <w:rPr>
        <w:rFonts w:ascii="Arial" w:hAnsi="Arial"/>
        <w:b/>
        <w:i w:val="0"/>
        <w:color w:val="08090C"/>
        <w:sz w:val="18"/>
      </w:rPr>
      <w:t>anar</w:t>
    </w:r>
    <w:r>
      <w:rPr>
        <w:rFonts w:ascii="Arial" w:hAnsi="Arial"/>
        <w:b/>
        <w:i w:val="0"/>
        <w:color w:val="FF2A00"/>
        <w:sz w:val="18"/>
      </w:rPr>
      <w:t>.</w:t>
    </w:r>
    <w:r>
      <w:rPr>
        <w:rFonts w:ascii="Arial" w:hAnsi="Arial"/>
        <w:b w:val="0"/>
        <w:i w:val="0"/>
        <w:color w:val="696973"/>
        <w:sz w:val="17"/>
      </w:rPr>
      <w:t xml:space="preserve">  CV şablonu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69" w:lineRule="auto"/>
    </w:pPr>
    <w:rPr>
      <w:rFonts w:ascii="Arial" w:hAnsi="Arial"/>
      <w:color w:val="08090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FF2A00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8090C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8090C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69" w:lineRule="auto"/>
      <w:ind w:left="547" w:hanging="274"/>
      <w:contextualSpacing/>
    </w:pPr>
    <w:rPr>
      <w:rFonts w:ascii="Arial" w:hAnsi="Arial"/>
      <w:color w:val="696973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Anar Rustamli CV şablonu</dc:title>
  <dc:subject>Vakansiyaya uyğun, oxunaqlı CV hazırlamaq üçün redaktə olunan Word şablonu</dc:subject>
  <dc:creator>Anar Rustamli</dc:creator>
  <cp:keywords>CV, CV şablonu, karyera, Azərbaycan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